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B67FD3" w14:textId="6FFAC11C" w:rsidR="00582BD8" w:rsidRPr="00D70428" w:rsidRDefault="00582BD8" w:rsidP="00582BD8">
      <w:pPr>
        <w:spacing w:after="0"/>
        <w:rPr>
          <w:color w:val="000000" w:themeColor="text1"/>
          <w:lang w:val="en-US"/>
        </w:rPr>
      </w:pPr>
      <w:r w:rsidRPr="00D70428">
        <w:rPr>
          <w:color w:val="000000" w:themeColor="text1"/>
          <w:lang w:val="en-US"/>
        </w:rPr>
        <w:t>Recipient’s Company Name</w:t>
      </w:r>
    </w:p>
    <w:p w14:paraId="43F93999" w14:textId="70591D99" w:rsidR="00582BD8" w:rsidRPr="00D70428" w:rsidRDefault="00582BD8" w:rsidP="00582BD8">
      <w:pPr>
        <w:spacing w:after="0"/>
        <w:rPr>
          <w:color w:val="000000" w:themeColor="text1"/>
          <w:lang w:val="en-US"/>
        </w:rPr>
      </w:pPr>
      <w:r w:rsidRPr="00D70428">
        <w:rPr>
          <w:color w:val="000000" w:themeColor="text1"/>
          <w:lang w:val="en-US"/>
        </w:rPr>
        <w:t>Recipient’s Street Address</w:t>
      </w:r>
    </w:p>
    <w:p w14:paraId="362C2435" w14:textId="3208F547" w:rsidR="00582BD8" w:rsidRPr="00D70428" w:rsidRDefault="00582BD8" w:rsidP="00582BD8">
      <w:pPr>
        <w:spacing w:after="0"/>
        <w:rPr>
          <w:color w:val="000000" w:themeColor="text1"/>
          <w:lang w:val="en-US"/>
        </w:rPr>
      </w:pPr>
      <w:r w:rsidRPr="00D70428">
        <w:rPr>
          <w:color w:val="000000" w:themeColor="text1"/>
          <w:lang w:val="en-US"/>
        </w:rPr>
        <w:t>Recipient’s City, State, Zip/Postal Code</w:t>
      </w:r>
    </w:p>
    <w:p w14:paraId="1D1141F6" w14:textId="026725BD" w:rsidR="00582BD8" w:rsidRPr="00D70428" w:rsidRDefault="00582BD8" w:rsidP="00824B42">
      <w:pPr>
        <w:rPr>
          <w:color w:val="000000" w:themeColor="text1"/>
          <w:lang w:val="en-US"/>
        </w:rPr>
      </w:pPr>
      <w:r w:rsidRPr="00D70428">
        <w:rPr>
          <w:color w:val="000000" w:themeColor="text1"/>
          <w:lang w:val="en-US"/>
        </w:rPr>
        <w:t>Recipient’s phone number or email address</w:t>
      </w:r>
    </w:p>
    <w:p w14:paraId="6237823E" w14:textId="068C62C9" w:rsidR="00582BD8" w:rsidRPr="00D70428" w:rsidRDefault="00504299" w:rsidP="00824B42">
      <w:pPr>
        <w:rPr>
          <w:color w:val="000000" w:themeColor="text1"/>
          <w:lang w:val="en-US"/>
        </w:rPr>
      </w:pPr>
      <w:r w:rsidRPr="00D70428">
        <w:rPr>
          <w:color w:val="000000" w:themeColor="text1"/>
          <w:lang w:val="en-US"/>
        </w:rPr>
        <w:t xml:space="preserve">Dear </w:t>
      </w:r>
      <w:r w:rsidR="00582BD8" w:rsidRPr="00D70428">
        <w:rPr>
          <w:color w:val="000000" w:themeColor="text1"/>
          <w:lang w:val="en-US"/>
        </w:rPr>
        <w:t>Name,</w:t>
      </w:r>
    </w:p>
    <w:p w14:paraId="0D14A4EE" w14:textId="6A413267" w:rsidR="002D64FE" w:rsidRPr="00D70428" w:rsidRDefault="002D64FE" w:rsidP="00824B42">
      <w:pPr>
        <w:rPr>
          <w:color w:val="000000" w:themeColor="text1"/>
          <w:lang w:val="en-US"/>
        </w:rPr>
      </w:pPr>
      <w:r w:rsidRPr="00D70428">
        <w:rPr>
          <w:color w:val="000000" w:themeColor="text1"/>
          <w:lang w:val="en-US"/>
        </w:rPr>
        <w:t>Lorem ipsum dolor sit amet, consectetur adipiscing elit. Suspendisse consectetur sagittis auctor. Maecenas cursus aliquam mi in porta. Vestibulum ante ipsum primis in faucibus orci luctus et ultrices posuere cubilia curae; Cras rhoncus rutrum malesuada. In ornare elit eget mauris lobortis pellentesque. Phasellus in mattis massa. Aenean ultricies convallis enim eu varius. Vestibulum facilisis urna vel lorem gravida gravida. Mauris tempor fringilla leo nec tincidunt. Donec dolor nibh, ullamcorper eu lorem sit amet, molestie egestas eros. Nullam iaculis dolor turpis, eu gravida nunc tincidunt at. Phasellus id lobortis ante.</w:t>
      </w:r>
    </w:p>
    <w:p w14:paraId="6C080544" w14:textId="77777777" w:rsidR="002D64FE" w:rsidRPr="00D70428" w:rsidRDefault="002D64FE" w:rsidP="00824B42">
      <w:pPr>
        <w:rPr>
          <w:color w:val="000000" w:themeColor="text1"/>
          <w:lang w:val="en-US"/>
        </w:rPr>
      </w:pPr>
      <w:r w:rsidRPr="00D70428">
        <w:rPr>
          <w:color w:val="000000" w:themeColor="text1"/>
          <w:lang w:val="en-US"/>
        </w:rPr>
        <w:t>Quisque vehicula posuere egestas. Vestibulum lobortis id elit at rhoncus. Nunc semper lectus eget erat ornare eleifend. Morbi facilisis sed velit sed laoreet. Aenean efficitur ante ut purus malesuada, at ultricies ante egestas. Aliquam convallis gravida molestie. Duis rhoncus enim in quam volutpat, sit amet mattis eros ultrices. Phasellus mollis ultricies velit, vel imperdiet purus egestas id. Etiam id mauris pellentesque, lobortis velit vitae, blandit nisi. Pellentesque a dictum erat, in ultricies ipsum.</w:t>
      </w:r>
    </w:p>
    <w:p w14:paraId="0ADBFF05" w14:textId="77777777" w:rsidR="002D64FE" w:rsidRPr="00D70428" w:rsidRDefault="002D64FE" w:rsidP="00824B42">
      <w:pPr>
        <w:rPr>
          <w:color w:val="000000" w:themeColor="text1"/>
          <w:lang w:val="en-US"/>
        </w:rPr>
      </w:pPr>
      <w:r w:rsidRPr="00D70428">
        <w:rPr>
          <w:color w:val="000000" w:themeColor="text1"/>
          <w:lang w:val="en-US"/>
        </w:rPr>
        <w:t>Quisque vehicula posuere egestas. Vestibulum lobortis id elit at rhoncus. Nunc semper lectus eget erat ornare eleifend. Morbi facilisis sed velit sed laoreet. Aenean efficitur ante ut purus malesuada, at ultricies ante egestas. Aliquam convallis gravida molestie. Duis rhoncus enim in quam volutpat, sit amet mattis eros ultrices. Phasellus mollis ultricies velit, vel imperdiet purus egestas id. Etiam id mauris pellentesque, lobortis velit vitae, blandit nisi. Pellentesque a dictum erat, in ultricies ipsum.</w:t>
      </w:r>
    </w:p>
    <w:p w14:paraId="34D30D9A" w14:textId="4F27FDD6" w:rsidR="002D64FE" w:rsidRPr="00D70428" w:rsidRDefault="556C899F" w:rsidP="00824B42">
      <w:pPr>
        <w:rPr>
          <w:color w:val="000000" w:themeColor="text1"/>
          <w:lang w:val="en-US"/>
        </w:rPr>
      </w:pPr>
      <w:r w:rsidRPr="0EAC70D7">
        <w:rPr>
          <w:color w:val="000000" w:themeColor="text1"/>
          <w:lang w:val="en-US"/>
        </w:rPr>
        <w:t xml:space="preserve">Quisque ultrices elit lorem, sed tristique tortor laoreet ut. Mauris id mi lorem. Praesent ut elementum purus, vel feugiat risus. </w:t>
      </w:r>
    </w:p>
    <w:p w14:paraId="253ECBD5" w14:textId="66E59EF4" w:rsidR="0034228F" w:rsidRPr="00D70428" w:rsidRDefault="0034228F">
      <w:pPr>
        <w:rPr>
          <w:color w:val="000000" w:themeColor="text1"/>
          <w:lang w:val="en-US"/>
        </w:rPr>
      </w:pPr>
    </w:p>
    <w:p w14:paraId="052DBFCE" w14:textId="32364366" w:rsidR="00582BD8" w:rsidRPr="00D70428" w:rsidRDefault="00582BD8">
      <w:pPr>
        <w:rPr>
          <w:color w:val="000000" w:themeColor="text1"/>
          <w:lang w:val="en-US"/>
        </w:rPr>
      </w:pPr>
      <w:r w:rsidRPr="00D70428">
        <w:rPr>
          <w:color w:val="000000" w:themeColor="text1"/>
          <w:lang w:val="en-US"/>
        </w:rPr>
        <w:t xml:space="preserve">Sincerely, </w:t>
      </w:r>
    </w:p>
    <w:p w14:paraId="1A543A10" w14:textId="0E7E6640" w:rsidR="00582BD8" w:rsidRPr="00D70428" w:rsidRDefault="00582BD8">
      <w:pPr>
        <w:rPr>
          <w:color w:val="000000" w:themeColor="text1"/>
        </w:rPr>
      </w:pPr>
      <w:r w:rsidRPr="00D70428">
        <w:rPr>
          <w:color w:val="000000" w:themeColor="text1"/>
          <w:lang w:val="en-US"/>
        </w:rPr>
        <w:t>Sender’s Name</w:t>
      </w:r>
    </w:p>
    <w:sectPr w:rsidR="00582BD8" w:rsidRPr="00D70428" w:rsidSect="0034228F">
      <w:headerReference w:type="default" r:id="rId9"/>
      <w:footerReference w:type="default" r:id="rId10"/>
      <w:pgSz w:w="12240" w:h="15840"/>
      <w:pgMar w:top="2376" w:right="1037" w:bottom="1944" w:left="4896" w:header="0" w:footer="50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085EB45" w14:textId="77777777" w:rsidR="006D181A" w:rsidRDefault="006D181A">
      <w:pPr>
        <w:spacing w:after="0" w:line="240" w:lineRule="auto"/>
      </w:pPr>
      <w:r>
        <w:separator/>
      </w:r>
    </w:p>
  </w:endnote>
  <w:endnote w:type="continuationSeparator" w:id="0">
    <w:p w14:paraId="7368A61B" w14:textId="77777777" w:rsidR="006D181A" w:rsidRDefault="006D1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4510163-3B77-9F40-819F-EC7E2CF3B747}"/>
    <w:embedBold r:id="rId2" w:fontKey="{9A41BC58-D885-8C45-8CFB-3B7AF036B3B8}"/>
    <w:embedItalic r:id="rId3" w:fontKey="{EFC9E071-DEF5-6A42-8EFD-009EC43E9CC9}"/>
    <w:embedBoldItalic r:id="rId4" w:fontKey="{B9AD09B2-9DE5-3346-9A25-E03BADB25705}"/>
  </w:font>
  <w:font w:name="Garamond">
    <w:panose1 w:val="02020404030301010803"/>
    <w:charset w:val="00"/>
    <w:family w:val="roman"/>
    <w:pitch w:val="variable"/>
    <w:sig w:usb0="00000287" w:usb1="00000002" w:usb2="00000000" w:usb3="00000000" w:csb0="0000009F" w:csb1="00000000"/>
    <w:embedRegular r:id="rId5" w:fontKey="{B2649EA8-C947-4248-A3B4-9ECC010C37C5}"/>
    <w:embedBold r:id="rId6" w:fontKey="{F5645213-90E5-4B4D-890D-98341974F8CD}"/>
    <w:embedItalic r:id="rId7" w:fontKey="{C2676C6C-B0C7-9C4D-AA4B-F63D67FD5D1B}"/>
    <w:embedBoldItalic r:id="rId8" w:fontKey="{2E88E6F2-DEA9-134C-99DC-46037D045971}"/>
  </w:font>
  <w:font w:name="Calibri">
    <w:panose1 w:val="020F0502020204030204"/>
    <w:charset w:val="00"/>
    <w:family w:val="swiss"/>
    <w:pitch w:val="variable"/>
    <w:sig w:usb0="E0002AFF" w:usb1="C000247B" w:usb2="00000009" w:usb3="00000000" w:csb0="000001FF" w:csb1="00000000"/>
    <w:embedRegular r:id="rId9" w:fontKey="{EC14532B-2E6E-BB48-B28A-CA55211A50BD}"/>
    <w:embedBold r:id="rId10" w:fontKey="{E0645206-0FBC-434F-9F5B-7127BF9C3F40}"/>
    <w:embedItalic r:id="rId11" w:fontKey="{732F452D-7D40-4840-A1EE-7AA48441C3A2}"/>
    <w:embedBoldItalic r:id="rId12" w:fontKey="{A760F9C1-8A35-D94A-9814-C533F39C177E}"/>
  </w:font>
  <w:font w:name="Courier">
    <w:panose1 w:val="02070309020205020404"/>
    <w:charset w:val="00"/>
    <w:family w:val="modern"/>
    <w:pitch w:val="fixed"/>
    <w:sig w:usb0="E0002AFF" w:usb1="C0007843" w:usb2="00000009" w:usb3="00000000" w:csb0="000001FF" w:csb1="00000000"/>
    <w:embedRegular r:id="rId13" w:fontKey="{C5FD32BE-7E9C-AD4F-B390-4EB94A20C88B}"/>
  </w:font>
  <w:font w:name="Arial">
    <w:panose1 w:val="020B0604020202020204"/>
    <w:charset w:val="00"/>
    <w:family w:val="swiss"/>
    <w:pitch w:val="variable"/>
    <w:sig w:usb0="E0002AFF" w:usb1="C0007843" w:usb2="00000009" w:usb3="00000000" w:csb0="000001FF" w:csb1="00000000"/>
    <w:embedBold r:id="rId14" w:fontKey="{F283C2B7-18C8-4844-9CC0-300297FC4777}"/>
  </w:font>
  <w:font w:name="Cambria">
    <w:panose1 w:val="02040503050406030204"/>
    <w:charset w:val="00"/>
    <w:family w:val="roman"/>
    <w:pitch w:val="variable"/>
    <w:sig w:usb0="E00002FF" w:usb1="400004FF" w:usb2="00000000" w:usb3="00000000" w:csb0="0000019F" w:csb1="00000000"/>
    <w:embedRegular r:id="rId15" w:fontKey="{9DDBD02F-7085-BA40-A0DE-87A2F65AEF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8C02CF" w14:textId="07117CEB" w:rsidR="00582BD8" w:rsidRDefault="009C6A5A">
    <w:pPr>
      <w:pStyle w:val="Footer"/>
    </w:pPr>
    <w:r>
      <w:rPr>
        <w:noProof/>
      </w:rPr>
      <mc:AlternateContent>
        <mc:Choice Requires="wps">
          <w:drawing>
            <wp:anchor distT="0" distB="0" distL="114300" distR="114300" simplePos="0" relativeHeight="251658241" behindDoc="0" locked="0" layoutInCell="1" allowOverlap="1" wp14:anchorId="412789A2" wp14:editId="1894E4BB">
              <wp:simplePos x="0" y="0"/>
              <wp:positionH relativeFrom="column">
                <wp:posOffset>-2433098</wp:posOffset>
              </wp:positionH>
              <wp:positionV relativeFrom="paragraph">
                <wp:posOffset>-1939345</wp:posOffset>
              </wp:positionV>
              <wp:extent cx="1208598" cy="1959428"/>
              <wp:effectExtent l="0" t="0" r="0" b="0"/>
              <wp:wrapNone/>
              <wp:docPr id="336737227" name="Text Box 1"/>
              <wp:cNvGraphicFramePr/>
              <a:graphic xmlns:a="http://schemas.openxmlformats.org/drawingml/2006/main">
                <a:graphicData uri="http://schemas.microsoft.com/office/word/2010/wordprocessingShape">
                  <wps:wsp>
                    <wps:cNvSpPr txBox="1"/>
                    <wps:spPr>
                      <a:xfrm>
                        <a:off x="0" y="0"/>
                        <a:ext cx="1208598" cy="1959428"/>
                      </a:xfrm>
                      <a:prstGeom prst="rect">
                        <a:avLst/>
                      </a:prstGeom>
                      <a:solidFill>
                        <a:schemeClr val="lt1"/>
                      </a:solidFill>
                      <a:ln w="6350">
                        <a:noFill/>
                      </a:ln>
                    </wps:spPr>
                    <wps:txbx>
                      <w:txbxContent>
                        <w:p w14:paraId="2940398E" w14:textId="77777777" w:rsidR="004F1FC6" w:rsidRPr="004F1FC6" w:rsidRDefault="004F1FC6" w:rsidP="004F1FC6">
                          <w:pPr>
                            <w:spacing w:line="264" w:lineRule="auto"/>
                            <w:ind w:left="0"/>
                            <w:rPr>
                              <w:rFonts w:ascii="Times New Roman" w:hAnsi="Times New Roman"/>
                              <w:color w:val="D2D2D2"/>
                              <w:sz w:val="15"/>
                              <w:szCs w:val="15"/>
                              <w:lang w:val="en-US"/>
                            </w:rPr>
                          </w:pPr>
                          <w:r w:rsidRPr="004F1FC6">
                            <w:rPr>
                              <w:rFonts w:ascii="Times New Roman" w:hAnsi="Times New Roman"/>
                              <w:color w:val="D2D2D2"/>
                              <w:sz w:val="15"/>
                              <w:szCs w:val="15"/>
                              <w:lang w:val="en-US"/>
                            </w:rPr>
                            <w:t>_____</w:t>
                          </w:r>
                        </w:p>
                        <w:p w14:paraId="0D6F61D2" w14:textId="21D3A8B0" w:rsidR="004F1FC6" w:rsidRPr="004F1FC6" w:rsidRDefault="00BA7274" w:rsidP="004F1FC6">
                          <w:pPr>
                            <w:spacing w:after="0" w:line="264" w:lineRule="auto"/>
                            <w:ind w:left="0"/>
                            <w:rPr>
                              <w:rFonts w:ascii="Times New Roman" w:hAnsi="Times New Roman"/>
                              <w:b/>
                              <w:bCs/>
                              <w:sz w:val="15"/>
                              <w:szCs w:val="15"/>
                              <w:lang w:val="en-US"/>
                            </w:rPr>
                          </w:pPr>
                          <w:r>
                            <w:rPr>
                              <w:rFonts w:ascii="Times New Roman" w:hAnsi="Times New Roman"/>
                              <w:b/>
                              <w:bCs/>
                              <w:sz w:val="15"/>
                              <w:szCs w:val="15"/>
                              <w:lang w:val="en-US"/>
                            </w:rPr>
                            <w:t>Marketing and Communications</w:t>
                          </w:r>
                        </w:p>
                        <w:p w14:paraId="27D5A8F9" w14:textId="430BD40B" w:rsidR="004F1FC6" w:rsidRPr="004F1FC6" w:rsidRDefault="004F1FC6" w:rsidP="004F1FC6">
                          <w:pPr>
                            <w:spacing w:after="0" w:line="264" w:lineRule="auto"/>
                            <w:ind w:left="0"/>
                            <w:rPr>
                              <w:rFonts w:ascii="Times New Roman" w:hAnsi="Times New Roman"/>
                              <w:sz w:val="15"/>
                              <w:szCs w:val="15"/>
                              <w:lang w:val="en-US"/>
                            </w:rPr>
                          </w:pPr>
                          <w:r w:rsidRPr="004F1FC6">
                            <w:rPr>
                              <w:rFonts w:ascii="Times New Roman" w:hAnsi="Times New Roman"/>
                              <w:sz w:val="15"/>
                              <w:szCs w:val="15"/>
                              <w:lang w:val="en-US"/>
                            </w:rPr>
                            <w:t>4501 N. Charles St.</w:t>
                          </w:r>
                        </w:p>
                        <w:p w14:paraId="2434E21A" w14:textId="04AFF8B4" w:rsidR="004F1FC6" w:rsidRPr="004F1FC6" w:rsidRDefault="004F1FC6" w:rsidP="004F1FC6">
                          <w:pPr>
                            <w:spacing w:line="264" w:lineRule="auto"/>
                            <w:ind w:left="0"/>
                            <w:rPr>
                              <w:rFonts w:ascii="Times New Roman" w:hAnsi="Times New Roman"/>
                              <w:sz w:val="15"/>
                              <w:szCs w:val="15"/>
                              <w:lang w:val="en-US"/>
                            </w:rPr>
                          </w:pPr>
                          <w:r w:rsidRPr="004F1FC6">
                            <w:rPr>
                              <w:rFonts w:ascii="Times New Roman" w:hAnsi="Times New Roman"/>
                              <w:sz w:val="15"/>
                              <w:szCs w:val="15"/>
                              <w:lang w:val="en-US"/>
                            </w:rPr>
                            <w:t>Baltimore, MD 21210</w:t>
                          </w:r>
                        </w:p>
                        <w:p w14:paraId="7D2D6122" w14:textId="11048BE5" w:rsidR="004F1FC6" w:rsidRPr="004F1FC6" w:rsidRDefault="004F1FC6" w:rsidP="004F1FC6">
                          <w:pPr>
                            <w:spacing w:after="0" w:line="264" w:lineRule="auto"/>
                            <w:ind w:left="0"/>
                            <w:rPr>
                              <w:rFonts w:ascii="Times New Roman" w:hAnsi="Times New Roman"/>
                              <w:sz w:val="15"/>
                              <w:szCs w:val="15"/>
                              <w:lang w:val="en-US"/>
                            </w:rPr>
                          </w:pPr>
                          <w:r w:rsidRPr="004F1FC6">
                            <w:rPr>
                              <w:rFonts w:ascii="Times New Roman" w:hAnsi="Times New Roman"/>
                              <w:sz w:val="15"/>
                              <w:szCs w:val="15"/>
                              <w:lang w:val="en-US"/>
                            </w:rPr>
                            <w:t>410-617-2000 or</w:t>
                          </w:r>
                        </w:p>
                        <w:p w14:paraId="62CF1F9C" w14:textId="34799E61" w:rsidR="004F1FC6" w:rsidRPr="004F1FC6" w:rsidRDefault="004F1FC6" w:rsidP="004F1FC6">
                          <w:pPr>
                            <w:spacing w:line="264" w:lineRule="auto"/>
                            <w:ind w:left="0"/>
                            <w:rPr>
                              <w:rFonts w:ascii="Times New Roman" w:hAnsi="Times New Roman"/>
                              <w:sz w:val="15"/>
                              <w:szCs w:val="15"/>
                              <w:lang w:val="en-US"/>
                            </w:rPr>
                          </w:pPr>
                          <w:r w:rsidRPr="004F1FC6">
                            <w:rPr>
                              <w:rFonts w:ascii="Times New Roman" w:hAnsi="Times New Roman"/>
                              <w:sz w:val="15"/>
                              <w:szCs w:val="15"/>
                              <w:lang w:val="en-US"/>
                            </w:rPr>
                            <w:t>1-800-221-9107</w:t>
                          </w:r>
                        </w:p>
                        <w:p w14:paraId="6F31D283" w14:textId="307CBE27" w:rsidR="004F1FC6" w:rsidRPr="004F1FC6" w:rsidRDefault="004F1FC6" w:rsidP="004F1FC6">
                          <w:pPr>
                            <w:spacing w:line="264" w:lineRule="auto"/>
                            <w:ind w:left="0"/>
                            <w:rPr>
                              <w:rFonts w:ascii="Times New Roman" w:hAnsi="Times New Roman"/>
                              <w:color w:val="D2D2D2"/>
                              <w:sz w:val="15"/>
                              <w:szCs w:val="15"/>
                              <w:lang w:val="en-US"/>
                            </w:rPr>
                          </w:pPr>
                          <w:r w:rsidRPr="004F1FC6">
                            <w:rPr>
                              <w:rFonts w:ascii="Times New Roman" w:hAnsi="Times New Roman"/>
                              <w:color w:val="D2D2D2"/>
                              <w:sz w:val="15"/>
                              <w:szCs w:val="15"/>
                              <w:lang w:val="en-US"/>
                            </w:rPr>
                            <w:t>_____</w:t>
                          </w:r>
                        </w:p>
                        <w:p w14:paraId="5C80F055" w14:textId="3E713CBB" w:rsidR="004F1FC6" w:rsidRPr="004F1FC6" w:rsidRDefault="004F1FC6" w:rsidP="004F1FC6">
                          <w:pPr>
                            <w:spacing w:after="0" w:line="264" w:lineRule="auto"/>
                            <w:ind w:left="0"/>
                            <w:rPr>
                              <w:rFonts w:ascii="Arial" w:hAnsi="Arial" w:cs="Arial"/>
                              <w:b/>
                              <w:bCs/>
                              <w:sz w:val="15"/>
                              <w:szCs w:val="15"/>
                              <w:lang w:val="en-US"/>
                            </w:rPr>
                          </w:pPr>
                          <w:r w:rsidRPr="004F1FC6">
                            <w:rPr>
                              <w:rFonts w:ascii="Arial" w:hAnsi="Arial" w:cs="Arial"/>
                              <w:b/>
                              <w:bCs/>
                              <w:sz w:val="15"/>
                              <w:szCs w:val="15"/>
                              <w:lang w:val="en-US"/>
                            </w:rPr>
                            <w:t>LOYOLA.EDU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2789A2" id="_x0000_t202" coordsize="21600,21600" o:spt="202" path="m,l,21600r21600,l21600,xe">
              <v:stroke joinstyle="miter"/>
              <v:path gradientshapeok="t" o:connecttype="rect"/>
            </v:shapetype>
            <v:shape id="Text Box 1" o:spid="_x0000_s1026" type="#_x0000_t202" style="position:absolute;left:0;text-align:left;margin-left:-191.6pt;margin-top:-152.7pt;width:95.15pt;height:154.3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" fillcolor="white [3201]" stroked="f" strokeweight=".5pt">
              <v:textbox inset="0,0,0,0">
                <w:txbxContent>
                  <w:p w14:paraId="2940398E" w14:textId="77777777" w:rsidR="004F1FC6" w:rsidRPr="004F1FC6" w:rsidRDefault="004F1FC6" w:rsidP="004F1FC6">
                    <w:pPr>
                      <w:spacing w:line="264" w:lineRule="auto"/>
                      <w:ind w:left="0"/>
                      <w:rPr>
                        <w:rFonts w:ascii="Times New Roman" w:hAnsi="Times New Roman"/>
                        <w:color w:val="D2D2D2"/>
                        <w:sz w:val="15"/>
                        <w:szCs w:val="15"/>
                        <w:lang w:val="en-US"/>
                      </w:rPr>
                    </w:pPr>
                    <w:r w:rsidRPr="004F1FC6">
                      <w:rPr>
                        <w:rFonts w:ascii="Times New Roman" w:hAnsi="Times New Roman"/>
                        <w:color w:val="D2D2D2"/>
                        <w:sz w:val="15"/>
                        <w:szCs w:val="15"/>
                        <w:lang w:val="en-US"/>
                      </w:rPr>
                      <w:t>_____</w:t>
                    </w:r>
                  </w:p>
                  <w:p w14:paraId="0D6F61D2" w14:textId="21D3A8B0" w:rsidR="004F1FC6" w:rsidRPr="004F1FC6" w:rsidRDefault="00BA7274" w:rsidP="004F1FC6">
                    <w:pPr>
                      <w:spacing w:after="0" w:line="264" w:lineRule="auto"/>
                      <w:ind w:left="0"/>
                      <w:rPr>
                        <w:rFonts w:ascii="Times New Roman" w:hAnsi="Times New Roman"/>
                        <w:b/>
                        <w:bCs/>
                        <w:sz w:val="15"/>
                        <w:szCs w:val="15"/>
                        <w:lang w:val="en-US"/>
                      </w:rPr>
                    </w:pPr>
                    <w:r>
                      <w:rPr>
                        <w:rFonts w:ascii="Times New Roman" w:hAnsi="Times New Roman"/>
                        <w:b/>
                        <w:bCs/>
                        <w:sz w:val="15"/>
                        <w:szCs w:val="15"/>
                        <w:lang w:val="en-US"/>
                      </w:rPr>
                      <w:t>Marketing and Communications</w:t>
                    </w:r>
                  </w:p>
                  <w:p w14:paraId="27D5A8F9" w14:textId="430BD40B" w:rsidR="004F1FC6" w:rsidRPr="004F1FC6" w:rsidRDefault="004F1FC6" w:rsidP="004F1FC6">
                    <w:pPr>
                      <w:spacing w:after="0" w:line="264" w:lineRule="auto"/>
                      <w:ind w:left="0"/>
                      <w:rPr>
                        <w:rFonts w:ascii="Times New Roman" w:hAnsi="Times New Roman"/>
                        <w:sz w:val="15"/>
                        <w:szCs w:val="15"/>
                        <w:lang w:val="en-US"/>
                      </w:rPr>
                    </w:pPr>
                    <w:r w:rsidRPr="004F1FC6">
                      <w:rPr>
                        <w:rFonts w:ascii="Times New Roman" w:hAnsi="Times New Roman"/>
                        <w:sz w:val="15"/>
                        <w:szCs w:val="15"/>
                        <w:lang w:val="en-US"/>
                      </w:rPr>
                      <w:t>4501 N. Charles St.</w:t>
                    </w:r>
                  </w:p>
                  <w:p w14:paraId="2434E21A" w14:textId="04AFF8B4" w:rsidR="004F1FC6" w:rsidRPr="004F1FC6" w:rsidRDefault="004F1FC6" w:rsidP="004F1FC6">
                    <w:pPr>
                      <w:spacing w:line="264" w:lineRule="auto"/>
                      <w:ind w:left="0"/>
                      <w:rPr>
                        <w:rFonts w:ascii="Times New Roman" w:hAnsi="Times New Roman"/>
                        <w:sz w:val="15"/>
                        <w:szCs w:val="15"/>
                        <w:lang w:val="en-US"/>
                      </w:rPr>
                    </w:pPr>
                    <w:r w:rsidRPr="004F1FC6">
                      <w:rPr>
                        <w:rFonts w:ascii="Times New Roman" w:hAnsi="Times New Roman"/>
                        <w:sz w:val="15"/>
                        <w:szCs w:val="15"/>
                        <w:lang w:val="en-US"/>
                      </w:rPr>
                      <w:t>Baltimore, MD 21210</w:t>
                    </w:r>
                  </w:p>
                  <w:p w14:paraId="7D2D6122" w14:textId="11048BE5" w:rsidR="004F1FC6" w:rsidRPr="004F1FC6" w:rsidRDefault="004F1FC6" w:rsidP="004F1FC6">
                    <w:pPr>
                      <w:spacing w:after="0" w:line="264" w:lineRule="auto"/>
                      <w:ind w:left="0"/>
                      <w:rPr>
                        <w:rFonts w:ascii="Times New Roman" w:hAnsi="Times New Roman"/>
                        <w:sz w:val="15"/>
                        <w:szCs w:val="15"/>
                        <w:lang w:val="en-US"/>
                      </w:rPr>
                    </w:pPr>
                    <w:r w:rsidRPr="004F1FC6">
                      <w:rPr>
                        <w:rFonts w:ascii="Times New Roman" w:hAnsi="Times New Roman"/>
                        <w:sz w:val="15"/>
                        <w:szCs w:val="15"/>
                        <w:lang w:val="en-US"/>
                      </w:rPr>
                      <w:t>410-617-2000 or</w:t>
                    </w:r>
                  </w:p>
                  <w:p w14:paraId="62CF1F9C" w14:textId="34799E61" w:rsidR="004F1FC6" w:rsidRPr="004F1FC6" w:rsidRDefault="004F1FC6" w:rsidP="004F1FC6">
                    <w:pPr>
                      <w:spacing w:line="264" w:lineRule="auto"/>
                      <w:ind w:left="0"/>
                      <w:rPr>
                        <w:rFonts w:ascii="Times New Roman" w:hAnsi="Times New Roman"/>
                        <w:sz w:val="15"/>
                        <w:szCs w:val="15"/>
                        <w:lang w:val="en-US"/>
                      </w:rPr>
                    </w:pPr>
                    <w:r w:rsidRPr="004F1FC6">
                      <w:rPr>
                        <w:rFonts w:ascii="Times New Roman" w:hAnsi="Times New Roman"/>
                        <w:sz w:val="15"/>
                        <w:szCs w:val="15"/>
                        <w:lang w:val="en-US"/>
                      </w:rPr>
                      <w:t>1-800-221-9107</w:t>
                    </w:r>
                  </w:p>
                  <w:p w14:paraId="6F31D283" w14:textId="307CBE27" w:rsidR="004F1FC6" w:rsidRPr="004F1FC6" w:rsidRDefault="004F1FC6" w:rsidP="004F1FC6">
                    <w:pPr>
                      <w:spacing w:line="264" w:lineRule="auto"/>
                      <w:ind w:left="0"/>
                      <w:rPr>
                        <w:rFonts w:ascii="Times New Roman" w:hAnsi="Times New Roman"/>
                        <w:color w:val="D2D2D2"/>
                        <w:sz w:val="15"/>
                        <w:szCs w:val="15"/>
                        <w:lang w:val="en-US"/>
                      </w:rPr>
                    </w:pPr>
                    <w:r w:rsidRPr="004F1FC6">
                      <w:rPr>
                        <w:rFonts w:ascii="Times New Roman" w:hAnsi="Times New Roman"/>
                        <w:color w:val="D2D2D2"/>
                        <w:sz w:val="15"/>
                        <w:szCs w:val="15"/>
                        <w:lang w:val="en-US"/>
                      </w:rPr>
                      <w:t>_____</w:t>
                    </w:r>
                  </w:p>
                  <w:p w14:paraId="5C80F055" w14:textId="3E713CBB" w:rsidR="004F1FC6" w:rsidRPr="004F1FC6" w:rsidRDefault="004F1FC6" w:rsidP="004F1FC6">
                    <w:pPr>
                      <w:spacing w:after="0" w:line="264" w:lineRule="auto"/>
                      <w:ind w:left="0"/>
                      <w:rPr>
                        <w:rFonts w:ascii="Arial" w:hAnsi="Arial" w:cs="Arial"/>
                        <w:b/>
                        <w:bCs/>
                        <w:sz w:val="15"/>
                        <w:szCs w:val="15"/>
                        <w:lang w:val="en-US"/>
                      </w:rPr>
                    </w:pPr>
                    <w:r w:rsidRPr="004F1FC6">
                      <w:rPr>
                        <w:rFonts w:ascii="Arial" w:hAnsi="Arial" w:cs="Arial"/>
                        <w:b/>
                        <w:bCs/>
                        <w:sz w:val="15"/>
                        <w:szCs w:val="15"/>
                        <w:lang w:val="en-US"/>
                      </w:rPr>
                      <w:t>LOYOLA.EDU</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259C99" w14:textId="77777777" w:rsidR="006D181A" w:rsidRDefault="006D181A">
      <w:pPr>
        <w:spacing w:after="0" w:line="240" w:lineRule="auto"/>
      </w:pPr>
      <w:r>
        <w:separator/>
      </w:r>
    </w:p>
  </w:footnote>
  <w:footnote w:type="continuationSeparator" w:id="0">
    <w:p w14:paraId="37629307" w14:textId="77777777" w:rsidR="006D181A" w:rsidRDefault="006D18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E7FAFE" w14:textId="1B9B085C" w:rsidR="00824B42" w:rsidRDefault="00652E57" w:rsidP="00824B42">
    <w:pPr>
      <w:pStyle w:val="Heading3"/>
      <w:spacing w:before="720" w:after="0"/>
    </w:pPr>
    <w:r>
      <w:rPr>
        <w:rFonts w:eastAsia="Garamond" w:cs="Garamond"/>
        <w:noProof/>
        <w:color w:val="212121"/>
      </w:rPr>
      <w:drawing>
        <wp:anchor distT="0" distB="0" distL="0" distR="0" simplePos="0" relativeHeight="251658240" behindDoc="1" locked="0" layoutInCell="1" hidden="0" allowOverlap="1" wp14:anchorId="7258D49D" wp14:editId="469AF1D0">
          <wp:simplePos x="0" y="0"/>
          <wp:positionH relativeFrom="page">
            <wp:posOffset>0</wp:posOffset>
          </wp:positionH>
          <wp:positionV relativeFrom="page">
            <wp:posOffset>0</wp:posOffset>
          </wp:positionV>
          <wp:extent cx="7772400" cy="10058400"/>
          <wp:effectExtent l="0" t="0" r="0" b="0"/>
          <wp:wrapNone/>
          <wp:docPr id="2" name="image1.png" descr="Loyola University Maryland logo"/>
          <wp:cNvGraphicFramePr/>
          <a:graphic xmlns:a="http://schemas.openxmlformats.org/drawingml/2006/main">
            <a:graphicData uri="http://schemas.openxmlformats.org/drawingml/2006/picture">
              <pic:pic xmlns:pic="http://schemas.openxmlformats.org/drawingml/2006/picture">
                <pic:nvPicPr>
                  <pic:cNvPr id="2" name="image1.png" descr="Loyola University Maryland logo"/>
                  <pic:cNvPicPr preferRelativeResize="0"/>
                </pic:nvPicPr>
                <pic:blipFill>
                  <a:blip r:embed="rId1" r:link="rId2">
                    <a:extLst>
                      <a:ext uri="{28A0092B-C50C-407E-A947-70E740481C1C}">
                        <a14:useLocalDpi xmlns:a14="http://schemas.microsoft.com/office/drawing/2010/main" val="0"/>
                      </a:ext>
                    </a:extLst>
                  </a:blip>
                  <a:stretch>
                    <a:fillRect/>
                  </a:stretch>
                </pic:blipFill>
                <pic:spPr>
                  <a:xfrm>
                    <a:off x="0" y="0"/>
                    <a:ext cx="7772400" cy="10058400"/>
                  </a:xfrm>
                  <a:prstGeom prst="rect">
                    <a:avLst/>
                  </a:prstGeom>
                  <a:ln/>
                </pic:spPr>
              </pic:pic>
            </a:graphicData>
          </a:graphic>
        </wp:anchor>
      </w:drawing>
    </w:r>
    <w:r w:rsidR="00582BD8">
      <w:t>Date</w:t>
    </w:r>
  </w:p>
  <w:p w14:paraId="685F7F2F" w14:textId="522975DA" w:rsidR="00FF7B12" w:rsidRDefault="00FF7B12">
    <w:pPr>
      <w:pBdr>
        <w:top w:val="nil"/>
        <w:left w:val="nil"/>
        <w:bottom w:val="nil"/>
        <w:right w:val="nil"/>
        <w:between w:val="nil"/>
      </w:pBdr>
      <w:tabs>
        <w:tab w:val="center" w:pos="4680"/>
        <w:tab w:val="right" w:pos="9360"/>
      </w:tabs>
      <w:spacing w:after="0" w:line="240" w:lineRule="auto"/>
      <w:ind w:left="0"/>
      <w:rPr>
        <w:rFonts w:eastAsia="Garamond" w:cs="Garamond"/>
        <w:color w:val="2121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F55167"/>
    <w:multiLevelType w:val="multilevel"/>
    <w:tmpl w:val="D4AA1144"/>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38141323">
    <w:abstractNumId w:val="0"/>
  </w:num>
  <w:num w:numId="2" w16cid:durableId="1342901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49163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42905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86569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2148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8"/>
  <w:doNotDisplayPageBoundaries/>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B12"/>
    <w:rsid w:val="00067173"/>
    <w:rsid w:val="00237F04"/>
    <w:rsid w:val="002D64FE"/>
    <w:rsid w:val="00316200"/>
    <w:rsid w:val="0034228F"/>
    <w:rsid w:val="00350FA5"/>
    <w:rsid w:val="003C22C1"/>
    <w:rsid w:val="003F1D8E"/>
    <w:rsid w:val="004F1FC6"/>
    <w:rsid w:val="00504299"/>
    <w:rsid w:val="00530A2B"/>
    <w:rsid w:val="005546DF"/>
    <w:rsid w:val="00582BD8"/>
    <w:rsid w:val="00624B5C"/>
    <w:rsid w:val="00652E57"/>
    <w:rsid w:val="00664F2E"/>
    <w:rsid w:val="006D181A"/>
    <w:rsid w:val="006F59BC"/>
    <w:rsid w:val="007217AB"/>
    <w:rsid w:val="007D0B28"/>
    <w:rsid w:val="00824B42"/>
    <w:rsid w:val="00974F14"/>
    <w:rsid w:val="009C6A5A"/>
    <w:rsid w:val="009D130F"/>
    <w:rsid w:val="00A1735D"/>
    <w:rsid w:val="00A46E89"/>
    <w:rsid w:val="00A52591"/>
    <w:rsid w:val="00BA0132"/>
    <w:rsid w:val="00BA7274"/>
    <w:rsid w:val="00BB3780"/>
    <w:rsid w:val="00C0704F"/>
    <w:rsid w:val="00C10431"/>
    <w:rsid w:val="00C21A34"/>
    <w:rsid w:val="00CA178D"/>
    <w:rsid w:val="00D37C43"/>
    <w:rsid w:val="00D70428"/>
    <w:rsid w:val="00F3553B"/>
    <w:rsid w:val="00FC14CC"/>
    <w:rsid w:val="00FF7B12"/>
    <w:rsid w:val="00FF7C78"/>
    <w:rsid w:val="0EAC70D7"/>
    <w:rsid w:val="556C8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BA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color w:val="113330"/>
        <w:sz w:val="21"/>
        <w:szCs w:val="21"/>
        <w:lang w:val="en" w:eastAsia="en-US" w:bidi="ar-SA"/>
      </w:rPr>
    </w:rPrDefault>
    <w:pPrDefault>
      <w:pPr>
        <w:spacing w:after="360" w:line="360" w:lineRule="auto"/>
        <w:ind w:left="-10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C0704F"/>
    <w:pPr>
      <w:spacing w:after="280" w:line="300" w:lineRule="auto"/>
    </w:pPr>
    <w:rPr>
      <w:rFonts w:ascii="Garamond" w:hAnsi="Garamond"/>
      <w:color w:val="003D34"/>
    </w:rPr>
  </w:style>
  <w:style w:type="paragraph" w:styleId="Heading1">
    <w:name w:val="heading 1"/>
    <w:basedOn w:val="Normal"/>
    <w:next w:val="Normal"/>
    <w:link w:val="Heading1Char"/>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link w:val="Heading3Char"/>
    <w:uiPriority w:val="9"/>
    <w:unhideWhenUsed/>
    <w:qFormat/>
    <w:pPr>
      <w:keepNext/>
      <w:keepLines/>
      <w:spacing w:after="960" w:line="264" w:lineRule="auto"/>
      <w:jc w:val="right"/>
      <w:outlineLvl w:val="2"/>
    </w:pPr>
    <w:rPr>
      <w:i/>
      <w:iCs/>
      <w:sz w:val="19"/>
      <w:szCs w:val="19"/>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824B42"/>
    <w:pPr>
      <w:spacing w:line="300" w:lineRule="auto"/>
    </w:pPr>
    <w:rPr>
      <w:color w:val="003D34"/>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file:////Users/mkleary/Desktop/Brand/Stationery/Revised/Letterhead-General-Background.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CPmLl42lQqxXwGr3VyYOUFksjg==">CgMxLjAyDmgucWNxY3h2ZGpwNGsxOAByITEzNjNlT2M4RHBGdGV1eWJMcmQ2S3lmalNZMlktS3pJMw==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ED9CF8-C0DC-2B46-AC83-EF09A89EF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Loyola_letterhead.dotx</Template>
  <TotalTime>0</TotalTime>
  <Pages>1</Pages>
  <Words>291</Words>
  <Characters>1664</Characters>
  <Application>Microsoft Office Word</Application>
  <DocSecurity>0</DocSecurity>
  <Lines>13</Lines>
  <Paragraphs>3</Paragraphs>
  <ScaleCrop>false</ScaleCrop>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Loyola University Maryland</dc:creator>
  <cp:keywords/>
  <cp:lastModifiedBy>Vineet Gordhandas</cp:lastModifiedBy>
  <cp:revision>2</cp:revision>
  <cp:lastPrinted>2026-09-10T23:42:00Z</cp:lastPrinted>
  <dcterms:created xsi:type="dcterms:W3CDTF">2026-09-18T18:10:00Z</dcterms:created>
  <dcterms:modified xsi:type="dcterms:W3CDTF">2026-09-18T18:10:00Z</dcterms:modified>
</cp:coreProperties>
</file>