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3E694EA" w14:textId="77777777" w:rsidR="00236E17" w:rsidRDefault="00000000" w:rsidP="007B703D">
      <w:pPr>
        <w:pStyle w:val="Title"/>
        <w:spacing w:before="1320" w:line="322" w:lineRule="auto"/>
        <w:ind w:left="5760"/>
      </w:pPr>
      <w:bookmarkStart w:id="0" w:name="_heading=h.pua8emuwr47u" w:colFirst="0" w:colLast="0"/>
      <w:bookmarkEnd w:id="0"/>
      <w:r>
        <w:t>[Recipient Name]</w:t>
      </w:r>
      <w:r>
        <w:br/>
        <w:t>[Street Address]</w:t>
      </w:r>
      <w:r>
        <w:br/>
        <w:t>[City, State ZIP]</w:t>
      </w:r>
    </w:p>
    <w:sectPr w:rsidR="00236E17" w:rsidSect="007B703D">
      <w:headerReference w:type="default" r:id="rId8"/>
      <w:footerReference w:type="default" r:id="rId9"/>
      <w:pgSz w:w="13680" w:h="5940" w:orient="landscape"/>
      <w:pgMar w:top="720" w:right="0" w:bottom="0" w:left="0" w:header="720" w:footer="0" w:gutter="0"/>
      <w:pgNumType w:start="1"/>
      <w:cols w:space="720"/>
      <w:docGrid w:linePitch="21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B1A2BC6" w14:textId="77777777" w:rsidR="00603B8D" w:rsidRDefault="00603B8D">
      <w:pPr>
        <w:spacing w:line="240" w:lineRule="auto"/>
      </w:pPr>
      <w:r>
        <w:separator/>
      </w:r>
    </w:p>
  </w:endnote>
  <w:endnote w:type="continuationSeparator" w:id="0">
    <w:p w14:paraId="5FA6C751" w14:textId="77777777" w:rsidR="00603B8D" w:rsidRDefault="00603B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  <w:embedRegular r:id="rId1" w:fontKey="{29F60A12-95CC-174D-8AE1-5F997205FE82}"/>
    <w:embedBold r:id="rId2" w:fontKey="{C91A907D-4A99-E54E-9D64-4EA46ECD8176}"/>
    <w:embedItalic r:id="rId3" w:fontKey="{59F2D415-3AEC-F046-A58C-C4E260009FBB}"/>
    <w:embedBoldItalic r:id="rId4" w:fontKey="{FD3A4947-870B-0B40-A760-1BB108581C84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5" w:fontKey="{CE6C2ED5-1053-B84B-A003-A544DA4FB500}"/>
    <w:embedBold r:id="rId6" w:fontKey="{BEFBC508-38C3-3346-B341-F2D627D934FD}"/>
    <w:embedItalic r:id="rId7" w:fontKey="{A6B1D5ED-1059-BB4A-A45E-2202A9D5935B}"/>
    <w:embedBoldItalic r:id="rId8" w:fontKey="{554CBAAF-025C-9548-AF84-79214B7C940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9" w:fontKey="{C7CF376C-77C7-1649-BB45-7747D5E9EED2}"/>
    <w:embedBold r:id="rId10" w:fontKey="{73D2E601-ED36-D443-8DA6-FC7B68D605C7}"/>
    <w:embedItalic r:id="rId11" w:fontKey="{0AF1E9E2-477A-0043-9E25-D910C80C8584}"/>
    <w:embedBoldItalic r:id="rId12" w:fontKey="{6984D4D3-D318-B84E-B479-576DE2484759}"/>
  </w:font>
  <w:font w:name="Courier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13" w:fontKey="{535A7533-5B8F-174A-A8B1-E70663E5A5B3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4" w:fontKey="{D47BDE19-2B24-764F-A6BE-42EC1D0EF674}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  <w:embedRegular r:id="rId15" w:fontKey="{D44299EF-341B-8D40-A32C-82FC40DE5D1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560"/>
      <w:gridCol w:w="4560"/>
      <w:gridCol w:w="4560"/>
    </w:tblGrid>
    <w:tr w:rsidR="739449C9" w14:paraId="74E5F942" w14:textId="77777777" w:rsidTr="739449C9">
      <w:trPr>
        <w:trHeight w:val="300"/>
      </w:trPr>
      <w:tc>
        <w:tcPr>
          <w:tcW w:w="4560" w:type="dxa"/>
        </w:tcPr>
        <w:p w14:paraId="387E8D03" w14:textId="64723DDC" w:rsidR="739449C9" w:rsidRDefault="739449C9" w:rsidP="739449C9">
          <w:pPr>
            <w:pStyle w:val="Header"/>
            <w:ind w:left="-115"/>
          </w:pPr>
        </w:p>
      </w:tc>
      <w:tc>
        <w:tcPr>
          <w:tcW w:w="4560" w:type="dxa"/>
        </w:tcPr>
        <w:p w14:paraId="7EDB1038" w14:textId="3B8A6A37" w:rsidR="739449C9" w:rsidRDefault="739449C9" w:rsidP="739449C9">
          <w:pPr>
            <w:pStyle w:val="Header"/>
            <w:jc w:val="center"/>
          </w:pPr>
        </w:p>
      </w:tc>
      <w:tc>
        <w:tcPr>
          <w:tcW w:w="4560" w:type="dxa"/>
        </w:tcPr>
        <w:p w14:paraId="05AFAA78" w14:textId="0636362E" w:rsidR="739449C9" w:rsidRDefault="739449C9" w:rsidP="739449C9">
          <w:pPr>
            <w:pStyle w:val="Header"/>
            <w:ind w:right="-115"/>
            <w:jc w:val="right"/>
          </w:pPr>
        </w:p>
      </w:tc>
    </w:tr>
  </w:tbl>
  <w:p w14:paraId="56D64D14" w14:textId="51A9B4A9" w:rsidR="739449C9" w:rsidRDefault="739449C9" w:rsidP="73944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8806991" w14:textId="77777777" w:rsidR="00603B8D" w:rsidRDefault="00603B8D">
      <w:pPr>
        <w:spacing w:line="240" w:lineRule="auto"/>
      </w:pPr>
      <w:r>
        <w:separator/>
      </w:r>
    </w:p>
  </w:footnote>
  <w:footnote w:type="continuationSeparator" w:id="0">
    <w:p w14:paraId="39255874" w14:textId="77777777" w:rsidR="00603B8D" w:rsidRDefault="00603B8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98D0A90" w14:textId="2887B64C" w:rsidR="00236E17" w:rsidRDefault="00396533" w:rsidP="007B703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3888"/>
      <w:rPr>
        <w:rFonts w:ascii="Cambria" w:eastAsia="Cambria" w:hAnsi="Cambria" w:cs="Cambria"/>
        <w:color w:val="000000"/>
        <w:sz w:val="22"/>
        <w:szCs w:val="22"/>
      </w:rPr>
    </w:pPr>
    <w:r>
      <w:rPr>
        <w:rFonts w:ascii="Cambria" w:eastAsia="Cambria" w:hAnsi="Cambria" w:cs="Cambria"/>
        <w:noProof/>
        <w:color w:val="000000"/>
        <w:sz w:val="22"/>
        <w:szCs w:val="22"/>
      </w:rPr>
      <w:drawing>
        <wp:anchor distT="0" distB="0" distL="0" distR="0" simplePos="0" relativeHeight="251658240" behindDoc="1" locked="0" layoutInCell="1" hidden="0" allowOverlap="1" wp14:anchorId="0595CC65" wp14:editId="149AB91B">
          <wp:simplePos x="0" y="0"/>
          <wp:positionH relativeFrom="column">
            <wp:posOffset>-17253</wp:posOffset>
          </wp:positionH>
          <wp:positionV relativeFrom="paragraph">
            <wp:posOffset>-474453</wp:posOffset>
          </wp:positionV>
          <wp:extent cx="8683291" cy="3771899"/>
          <wp:effectExtent l="0" t="0" r="3810" b="635"/>
          <wp:wrapNone/>
          <wp:docPr id="117028247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0282478" name="image1.png"/>
                  <pic:cNvPicPr preferRelativeResize="0"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83291" cy="377189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739449C9">
      <w:rPr>
        <w:rFonts w:ascii="Times New Roman" w:eastAsia="Times New Roman" w:hAnsi="Times New Roman" w:cs="Times New Roman"/>
      </w:rPr>
      <w:t>Office Name</w:t>
    </w:r>
    <w:r w:rsidR="007B703D">
      <w:rPr>
        <w:rFonts w:ascii="Times New Roman" w:eastAsia="Times New Roman" w:hAnsi="Times New Roman" w:cs="Times New Roman"/>
      </w:rPr>
      <w:br/>
    </w:r>
    <w:r w:rsidR="739449C9">
      <w:rPr>
        <w:rFonts w:ascii="Times New Roman" w:eastAsia="Times New Roman" w:hAnsi="Times New Roman" w:cs="Times New Roman"/>
      </w:rPr>
      <w:t>4501 N. Charles St.,</w:t>
    </w:r>
    <w:r w:rsidR="007B703D">
      <w:rPr>
        <w:rFonts w:ascii="Times New Roman" w:eastAsia="Times New Roman" w:hAnsi="Times New Roman" w:cs="Times New Roman"/>
      </w:rPr>
      <w:br/>
    </w:r>
    <w:r w:rsidR="739449C9">
      <w:rPr>
        <w:rFonts w:ascii="Times New Roman" w:eastAsia="Times New Roman" w:hAnsi="Times New Roman" w:cs="Times New Roman"/>
      </w:rPr>
      <w:t>Baltimore, MD 21210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A9E4672"/>
    <w:multiLevelType w:val="multilevel"/>
    <w:tmpl w:val="8586F3B8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897087920">
    <w:abstractNumId w:val="0"/>
  </w:num>
  <w:num w:numId="2" w16cid:durableId="8022305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579971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213894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378067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392807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8"/>
  <w:doNotDisplayPageBoundaries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E17"/>
    <w:rsid w:val="00016DA9"/>
    <w:rsid w:val="000A3868"/>
    <w:rsid w:val="00236E17"/>
    <w:rsid w:val="00350FA5"/>
    <w:rsid w:val="00396533"/>
    <w:rsid w:val="004A3FC6"/>
    <w:rsid w:val="005B7A19"/>
    <w:rsid w:val="00603B8D"/>
    <w:rsid w:val="00642E68"/>
    <w:rsid w:val="00695418"/>
    <w:rsid w:val="006F59BC"/>
    <w:rsid w:val="007217AB"/>
    <w:rsid w:val="007B703D"/>
    <w:rsid w:val="00906059"/>
    <w:rsid w:val="009868B9"/>
    <w:rsid w:val="00AB7352"/>
    <w:rsid w:val="00B056DE"/>
    <w:rsid w:val="00B13170"/>
    <w:rsid w:val="00D163D3"/>
    <w:rsid w:val="73944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923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Garamond" w:eastAsia="Garamond" w:hAnsi="Garamond" w:cs="Garamond"/>
        <w:color w:val="0A3634"/>
        <w:sz w:val="16"/>
        <w:szCs w:val="16"/>
        <w:lang w:val="en" w:eastAsia="en-US" w:bidi="ar-SA"/>
      </w:rPr>
    </w:rPrDefault>
    <w:pPrDefault>
      <w:pPr>
        <w:spacing w:line="235" w:lineRule="auto"/>
        <w:ind w:left="39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Calibri" w:eastAsia="Calibri" w:hAnsi="Calibri" w:cs="Calibri"/>
      <w:b/>
      <w:bCs/>
      <w:color w:val="3660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/>
      <w:outlineLvl w:val="1"/>
    </w:pPr>
    <w:rPr>
      <w:rFonts w:ascii="Calibri" w:eastAsia="Calibri" w:hAnsi="Calibri" w:cs="Calibri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0"/>
      <w:outlineLvl w:val="2"/>
    </w:pPr>
    <w:rPr>
      <w:rFonts w:ascii="Calibri" w:eastAsia="Calibri" w:hAnsi="Calibri" w:cs="Calibri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/>
      <w:outlineLvl w:val="3"/>
    </w:pPr>
    <w:rPr>
      <w:rFonts w:ascii="Calibri" w:eastAsia="Calibri" w:hAnsi="Calibri" w:cs="Calibri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/>
      <w:outlineLvl w:val="4"/>
    </w:pPr>
    <w:rPr>
      <w:rFonts w:ascii="Calibri" w:eastAsia="Calibri" w:hAnsi="Calibri" w:cs="Calibri"/>
      <w:color w:val="243F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/>
      <w:outlineLvl w:val="5"/>
    </w:pPr>
    <w:rPr>
      <w:rFonts w:ascii="Calibri" w:eastAsia="Calibri" w:hAnsi="Calibri" w:cs="Calibri"/>
      <w:i/>
      <w:iCs/>
      <w:color w:val="243F6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before="1600" w:line="321" w:lineRule="auto"/>
      <w:ind w:left="6480"/>
    </w:pPr>
    <w:rPr>
      <w:rFonts w:ascii="Times New Roman" w:eastAsia="Times New Roman" w:hAnsi="Times New Roman" w:cs="Times New Roman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Subtitle">
    <w:name w:val="Subtitle"/>
    <w:basedOn w:val="Normal"/>
    <w:next w:val="Normal"/>
    <w:link w:val="SubtitleChar"/>
    <w:uiPriority w:val="11"/>
    <w:qFormat/>
    <w:rPr>
      <w:rFonts w:ascii="Calibri" w:eastAsia="Calibri" w:hAnsi="Calibri" w:cs="Calibri"/>
      <w:i/>
      <w:iCs/>
      <w:color w:val="4F81B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/Users/mkleary/Desktop/Brand/Stationery/Revised/Brand-Envelope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Garamond-Trebuchet MS">
      <a:majorFont>
        <a:latin typeface="Garamond" panose="020204040303010108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3xRcxtAop/QGXv/6YiyP4vATUVA==">CgMxLjAyDmgucHVhOGVtdXdyNDd1OAByITFhaUpiMFFneDdLNkpHRzloTTYzSy1ORHlqc2dLZm9NVw==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Loyola_envelope.dotx</Template>
  <TotalTime>1</TotalTime>
  <Pages>1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cp:lastModifiedBy>Vineet Gordhandas</cp:lastModifiedBy>
  <cp:revision>2</cp:revision>
  <dcterms:created xsi:type="dcterms:W3CDTF">2026-09-18T18:10:00Z</dcterms:created>
  <dcterms:modified xsi:type="dcterms:W3CDTF">2026-09-18T18:10:00Z</dcterms:modified>
</cp:coreProperties>
</file>